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נושאים לדיבייט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הנושאים בבנק הדיבייטים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שבכל נושא יש שני צדדים אפשריים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לנושא דיבייט מתאים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פוליטיקה ואישים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חט״ב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להצביע עליו ולבנות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טכנולוגיה ומסכים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האתר מצהיר שאין פוליטיקה ואין אישים.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סינון לפי רמה, למשל חט״ב.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בחירת תחום בצד הדף.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נושא שקשור ללוח הזמנים בבית הספר.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האתר מציע רעיונות לשני הצדדים.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הנושא עוסק בבעלי חיים ובטבע.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נושא לתחום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(טכנולוגיה ומסכים)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(חברה ומשפחה)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(ספרות וסיפורים)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(גאוגרפיה ומקום)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פלסטיק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אחראי/ת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הכנה לדיבייט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מתאים מתוך בנק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רעיונות לשני הצדדים של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להשתמש בבונה הטיעונים ולכתוב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להצטרף לזירה ולהציג את הטיעונים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בחירת נושא וטיעונים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נושא מהרשימה ויציג/תציג שני טיעונים הגיוניים וענייניים, אחד לכל צד, ללא פגיעה אישית.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תציין שלכל דעה יש היגיון משלה, ושוויכוח מכבד עוזר להבין נקודות מבט שונות.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תחומים נכונים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שהדיבייט נועד להישאר מכבד וענייני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רלוונטי מתוך תחום הסביבה כמו פלסטיק או גני 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תחומים ולבקש מכל קבוצה לבחור נושא ולהציג טיעון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הכבוד ההדדי לפני תרגול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מתאימים להשמטה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נושאים לדיבייט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רשימה גדולה של נושאים לוויכוח. אפשר לבחור נושא ולחשוב על שני צדדים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בנק נושאים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גדולה של נושאים לבחירה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נושאים דומים, למשל 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דיבייט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מנומס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שמסביר ותומך בדעה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מתקיים הוויכוח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בין שתי דעות על ידי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בונה טיעונים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לארגן טיעונים לפני הדיבייט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נושאים יש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תחום חסר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אסור בנושאים?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פוליטיקה ואישים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 ומשחקים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ספרות וסיפורים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וחברה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הרמה של נושא הציונים?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עוד אפשר לעשות עם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להצביע עליו ולבנות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לשכוח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שמו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לאיזה תחום שייך נושא הבינה המלאכותית?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טכנולוגיה ומסכים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ספרות וסיפורים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בבנק הנושאים יש נושאים על פוליטיקה.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נושא בבנק מתאים לכל הרמות בלי קשר לגיל.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לסנן נושאים לפי תחום כמו סביבה או ערכים.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'יום הלימודים צריך להתחיל בתשע' שייך לתחום 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נושא יש רק צד אחד נכון שהאתר מציג.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על גני חיות שייך לתחום סביבה.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נושא לתחום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רשתות חברתיות מותרות רק מגיל 16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חברה ומשפחה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עדיף לתקן חפצים מאשר לקנות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גאוגרפיה ומקום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מותר לשקר כדי לא לפגוע ברגשות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ספרות וסיפורים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 נוער צריכים לעבוד בחופש הגדול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טכנולוגיה ומסכים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סרט טוב יותר מהספר שעליו הוא מבוסס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ערכים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עדיף לבנות לגובה מאשר להרחיב ערים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צריך __________ ציונים בחטיבת הביניים ולתת משוב במילים.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לאסור כלי __________ חד־פעמיים בכל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שראה בריונות ושתק – __________ גם הוא או היא.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להגביל את מספר ה__________ באתרי טבע.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כבר בכיתה ז׳ כדאי __________ חלק מהמקצועות.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דמות ראשית בסיפור חייבת להיות דמות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שלבי הכנה לדיבייט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רעיונות לשני הצדדים של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להצטרף לזירה ולהציג את הטיעונים בכבוד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נושא מתאים מתוך בנק הנושאים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להשתמש בבונה הטיעונים ולכתוב נימוקים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בחירת נושא וטיעונים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אחד מהבנק, וכתבו טיעון אחד בעד וטיעון אחד נגד, בלשון מכבדת.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שבדיבייט לא יהיה 'צד נכון' אחד אלא שני צדדים אפשריים.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תחומים שמופיעים בבנק הנושאים?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שבבנק לא יהיו נושאים פוליטיים?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נושא אחד לדוגמה מתחום הסביבה.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 נושאים לדיבייט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